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98E8F2" w14:textId="77777777" w:rsidR="00E8255C" w:rsidRDefault="003C2832" w:rsidP="008E54CF">
      <w:pPr>
        <w:pStyle w:val="Titolo1"/>
        <w:jc w:val="center"/>
        <w:rPr>
          <w:lang w:val="it-IT"/>
        </w:rPr>
      </w:pPr>
      <w:r w:rsidRPr="00D077B7">
        <w:rPr>
          <w:sz w:val="32"/>
          <w:szCs w:val="32"/>
          <w:lang w:val="it-IT"/>
        </w:rPr>
        <w:t>Curriculum</w:t>
      </w:r>
      <w:r w:rsidRPr="00205691">
        <w:rPr>
          <w:lang w:val="it-IT"/>
        </w:rPr>
        <w:t xml:space="preserve"> </w:t>
      </w:r>
      <w:r w:rsidRPr="008E54CF">
        <w:rPr>
          <w:sz w:val="32"/>
          <w:szCs w:val="32"/>
          <w:lang w:val="it-IT"/>
        </w:rPr>
        <w:t>Vitae</w:t>
      </w:r>
    </w:p>
    <w:p w14:paraId="18FB437E" w14:textId="77777777" w:rsidR="0009626A" w:rsidRPr="0009626A" w:rsidRDefault="0009626A" w:rsidP="0009626A">
      <w:pPr>
        <w:rPr>
          <w:lang w:val="it-IT"/>
        </w:rPr>
      </w:pPr>
    </w:p>
    <w:p w14:paraId="2F9427B2" w14:textId="3377CD69" w:rsidR="00205691" w:rsidRDefault="00205691" w:rsidP="00205691">
      <w:pPr>
        <w:rPr>
          <w:lang w:val="it-IT"/>
        </w:rPr>
      </w:pPr>
      <w:r>
        <w:rPr>
          <w:lang w:val="it-IT"/>
        </w:rPr>
        <w:t xml:space="preserve">Cognome e </w:t>
      </w:r>
      <w:r w:rsidR="00D57A65">
        <w:rPr>
          <w:lang w:val="it-IT"/>
        </w:rPr>
        <w:t>N</w:t>
      </w:r>
      <w:r>
        <w:rPr>
          <w:lang w:val="it-IT"/>
        </w:rPr>
        <w:t>ome</w:t>
      </w:r>
    </w:p>
    <w:p w14:paraId="4E8BD1C6" w14:textId="2ADE065E" w:rsidR="00205691" w:rsidRPr="00205691" w:rsidRDefault="00205691" w:rsidP="00205691">
      <w:pPr>
        <w:rPr>
          <w:lang w:val="it-IT"/>
        </w:rPr>
      </w:pPr>
      <w:r>
        <w:rPr>
          <w:lang w:val="it-IT"/>
        </w:rPr>
        <w:t>Data di nascita</w:t>
      </w:r>
    </w:p>
    <w:p w14:paraId="512D4DED" w14:textId="77777777" w:rsidR="00E8255C" w:rsidRPr="00205691" w:rsidRDefault="003C2832">
      <w:pPr>
        <w:pStyle w:val="Titolo2"/>
        <w:rPr>
          <w:lang w:val="it-IT"/>
        </w:rPr>
      </w:pPr>
      <w:r w:rsidRPr="00205691">
        <w:rPr>
          <w:lang w:val="it-IT"/>
        </w:rPr>
        <w:t>Istruzione e Formazione</w:t>
      </w:r>
    </w:p>
    <w:p w14:paraId="521357E9" w14:textId="5FBCE2A1" w:rsidR="00E8255C" w:rsidRPr="00205691" w:rsidRDefault="003C2832">
      <w:pPr>
        <w:rPr>
          <w:lang w:val="it-IT"/>
        </w:rPr>
      </w:pPr>
      <w:r w:rsidRPr="00205691">
        <w:rPr>
          <w:lang w:val="it-IT"/>
        </w:rPr>
        <w:t>- [</w:t>
      </w:r>
      <w:r w:rsidR="00D57A65">
        <w:rPr>
          <w:lang w:val="it-IT"/>
        </w:rPr>
        <w:t>Da</w:t>
      </w:r>
      <w:r w:rsidR="00D57A65" w:rsidRPr="00205691">
        <w:rPr>
          <w:lang w:val="it-IT"/>
        </w:rPr>
        <w:t xml:space="preserve"> – A</w:t>
      </w:r>
      <w:r w:rsidRPr="00205691">
        <w:rPr>
          <w:lang w:val="it-IT"/>
        </w:rPr>
        <w:t>] | [Titolo di studio / Corso di formazione</w:t>
      </w:r>
      <w:r w:rsidR="00205691">
        <w:rPr>
          <w:lang w:val="it-IT"/>
        </w:rPr>
        <w:t xml:space="preserve"> solo se attinente al profilo professionale</w:t>
      </w:r>
      <w:r w:rsidRPr="00205691">
        <w:rPr>
          <w:lang w:val="it-IT"/>
        </w:rPr>
        <w:t>] – [Istituto / Ente]</w:t>
      </w:r>
    </w:p>
    <w:p w14:paraId="4B20652E" w14:textId="0B4C9EBD" w:rsidR="00E8255C" w:rsidRPr="00205691" w:rsidRDefault="003C2832">
      <w:pPr>
        <w:rPr>
          <w:lang w:val="it-IT"/>
        </w:rPr>
      </w:pPr>
      <w:r w:rsidRPr="00205691">
        <w:rPr>
          <w:lang w:val="it-IT"/>
        </w:rPr>
        <w:t>- [</w:t>
      </w:r>
      <w:r w:rsidR="00D57A65">
        <w:rPr>
          <w:lang w:val="it-IT"/>
        </w:rPr>
        <w:t>Da</w:t>
      </w:r>
      <w:r w:rsidR="00D57A65" w:rsidRPr="00205691">
        <w:rPr>
          <w:lang w:val="it-IT"/>
        </w:rPr>
        <w:t xml:space="preserve"> – A</w:t>
      </w:r>
      <w:r w:rsidRPr="00205691">
        <w:rPr>
          <w:lang w:val="it-IT"/>
        </w:rPr>
        <w:t>] | [Titolo di studio / Corso di formazione</w:t>
      </w:r>
      <w:r w:rsidR="00205691">
        <w:rPr>
          <w:lang w:val="it-IT"/>
        </w:rPr>
        <w:t xml:space="preserve"> solo se attinente al profilo professionale</w:t>
      </w:r>
      <w:r w:rsidRPr="00205691">
        <w:rPr>
          <w:lang w:val="it-IT"/>
        </w:rPr>
        <w:t>] – [Istituto / Ente]</w:t>
      </w:r>
    </w:p>
    <w:p w14:paraId="34D65FE4" w14:textId="067BC04A" w:rsidR="00E8255C" w:rsidRDefault="003C2832">
      <w:pPr>
        <w:rPr>
          <w:lang w:val="it-IT"/>
        </w:rPr>
      </w:pPr>
      <w:r w:rsidRPr="00205691">
        <w:rPr>
          <w:lang w:val="it-IT"/>
        </w:rPr>
        <w:t>- [</w:t>
      </w:r>
      <w:r w:rsidR="00D57A65">
        <w:rPr>
          <w:lang w:val="it-IT"/>
        </w:rPr>
        <w:t>Da</w:t>
      </w:r>
      <w:r w:rsidRPr="00205691">
        <w:rPr>
          <w:lang w:val="it-IT"/>
        </w:rPr>
        <w:t xml:space="preserve"> – A] | [Titolo di studio / Corso di formazione</w:t>
      </w:r>
      <w:r w:rsidR="00205691">
        <w:rPr>
          <w:lang w:val="it-IT"/>
        </w:rPr>
        <w:t xml:space="preserve"> solo se attinente al profilo professionale</w:t>
      </w:r>
      <w:r w:rsidRPr="00205691">
        <w:rPr>
          <w:lang w:val="it-IT"/>
        </w:rPr>
        <w:t>] – [Istituto / Ente]</w:t>
      </w:r>
    </w:p>
    <w:p w14:paraId="416CC1E1" w14:textId="77777777" w:rsidR="003C2832" w:rsidRDefault="003C2832">
      <w:pPr>
        <w:rPr>
          <w:lang w:val="it-IT"/>
        </w:rPr>
      </w:pPr>
    </w:p>
    <w:p w14:paraId="11A763F5" w14:textId="77777777" w:rsidR="003C2832" w:rsidRPr="003C2832" w:rsidRDefault="003C2832" w:rsidP="003C2832">
      <w:pPr>
        <w:keepNext/>
        <w:keepLines/>
        <w:spacing w:before="200" w:after="0"/>
        <w:outlineLvl w:val="1"/>
        <w:rPr>
          <w:rFonts w:ascii="Calibri" w:eastAsia="MS Gothic" w:hAnsi="Calibri" w:cs="Times New Roman"/>
          <w:b/>
          <w:bCs/>
          <w:color w:val="4F81BD" w:themeColor="accent1"/>
          <w:sz w:val="26"/>
          <w:szCs w:val="26"/>
          <w:lang w:val="it-IT"/>
        </w:rPr>
      </w:pPr>
      <w:r w:rsidRPr="003C2832">
        <w:rPr>
          <w:rFonts w:ascii="Calibri" w:eastAsia="MS Gothic" w:hAnsi="Calibri" w:cs="Times New Roman"/>
          <w:b/>
          <w:bCs/>
          <w:color w:val="4F81BD" w:themeColor="accent1"/>
          <w:sz w:val="26"/>
          <w:szCs w:val="26"/>
          <w:lang w:val="it-IT"/>
        </w:rPr>
        <w:t>Titoli e Abilitazioni Professionali</w:t>
      </w:r>
    </w:p>
    <w:p w14:paraId="5DB27483" w14:textId="77777777" w:rsidR="003C2832" w:rsidRPr="003C2832" w:rsidRDefault="003C2832" w:rsidP="003C2832">
      <w:pPr>
        <w:rPr>
          <w:rFonts w:ascii="Cambria" w:eastAsia="MS Mincho" w:hAnsi="Cambria" w:cs="Times New Roman"/>
          <w:lang w:val="it-IT"/>
        </w:rPr>
      </w:pPr>
      <w:r w:rsidRPr="003C2832">
        <w:rPr>
          <w:rFonts w:ascii="Cambria" w:eastAsia="MS Mincho" w:hAnsi="Cambria" w:cs="Times New Roman"/>
          <w:lang w:val="it-IT"/>
        </w:rPr>
        <w:t>- [Anno] | [Titolo / Abilitazione] – [Ente / Ordine professionale]</w:t>
      </w:r>
    </w:p>
    <w:p w14:paraId="222C9C82" w14:textId="77777777" w:rsidR="003C2832" w:rsidRPr="003C2832" w:rsidRDefault="003C2832" w:rsidP="003C2832">
      <w:pPr>
        <w:rPr>
          <w:rFonts w:ascii="Cambria" w:eastAsia="MS Mincho" w:hAnsi="Cambria" w:cs="Times New Roman"/>
          <w:lang w:val="it-IT"/>
        </w:rPr>
      </w:pPr>
      <w:r w:rsidRPr="003C2832">
        <w:rPr>
          <w:rFonts w:ascii="Cambria" w:eastAsia="MS Mincho" w:hAnsi="Cambria" w:cs="Times New Roman"/>
          <w:lang w:val="it-IT"/>
        </w:rPr>
        <w:t>- [Anno] | [Titolo / Abilitazione] – [Ente / Ordine professionale]</w:t>
      </w:r>
    </w:p>
    <w:p w14:paraId="7A0ADBAA" w14:textId="77777777" w:rsidR="005B149F" w:rsidRPr="00205691" w:rsidRDefault="005B149F">
      <w:pPr>
        <w:rPr>
          <w:lang w:val="it-IT"/>
        </w:rPr>
      </w:pPr>
    </w:p>
    <w:p w14:paraId="1F2980ED" w14:textId="7C9252F8" w:rsidR="00E8255C" w:rsidRPr="00205691" w:rsidRDefault="003C2832">
      <w:pPr>
        <w:pStyle w:val="Titolo2"/>
        <w:rPr>
          <w:lang w:val="it-IT"/>
        </w:rPr>
      </w:pPr>
      <w:r w:rsidRPr="00205691">
        <w:rPr>
          <w:lang w:val="it-IT"/>
        </w:rPr>
        <w:t xml:space="preserve">Esperienze Professionali </w:t>
      </w:r>
      <w:r w:rsidR="008A0567">
        <w:rPr>
          <w:lang w:val="it-IT"/>
        </w:rPr>
        <w:t>attinenti al profilo</w:t>
      </w:r>
    </w:p>
    <w:p w14:paraId="1643C86F" w14:textId="77777777" w:rsidR="00E8255C" w:rsidRPr="00205691" w:rsidRDefault="003C2832">
      <w:pPr>
        <w:rPr>
          <w:lang w:val="it-IT"/>
        </w:rPr>
      </w:pPr>
      <w:r w:rsidRPr="00205691">
        <w:rPr>
          <w:lang w:val="it-IT"/>
        </w:rPr>
        <w:t>- [Anno – Anno] | [Ruolo] – [Ente / Azienda]</w:t>
      </w:r>
    </w:p>
    <w:p w14:paraId="416D16FA" w14:textId="77777777" w:rsidR="00E8255C" w:rsidRDefault="003C2832">
      <w:pPr>
        <w:rPr>
          <w:lang w:val="it-IT"/>
        </w:rPr>
      </w:pPr>
      <w:r w:rsidRPr="00205691">
        <w:rPr>
          <w:lang w:val="it-IT"/>
        </w:rPr>
        <w:t xml:space="preserve">  - [Descrizione sintetica attività / competenze acquisite]</w:t>
      </w:r>
    </w:p>
    <w:p w14:paraId="1CDD3C97" w14:textId="77777777" w:rsidR="005B149F" w:rsidRPr="00205691" w:rsidRDefault="005B149F">
      <w:pPr>
        <w:rPr>
          <w:lang w:val="it-IT"/>
        </w:rPr>
      </w:pPr>
    </w:p>
    <w:p w14:paraId="0E33485B" w14:textId="77C00C48" w:rsidR="00E8255C" w:rsidRPr="00205691" w:rsidRDefault="008E54CF">
      <w:pPr>
        <w:pStyle w:val="Titolo2"/>
        <w:rPr>
          <w:lang w:val="it-IT"/>
        </w:rPr>
      </w:pPr>
      <w:r>
        <w:rPr>
          <w:lang w:val="it-IT"/>
        </w:rPr>
        <w:t xml:space="preserve">Autocertificazione e </w:t>
      </w:r>
      <w:r w:rsidRPr="00205691">
        <w:rPr>
          <w:lang w:val="it-IT"/>
        </w:rPr>
        <w:t>Autorizzazione al trattamento dei dati personali</w:t>
      </w:r>
    </w:p>
    <w:p w14:paraId="01D5096D" w14:textId="05CDD9D2" w:rsidR="00564ABA" w:rsidRPr="004B3735" w:rsidRDefault="00564ABA" w:rsidP="00D077B7">
      <w:pPr>
        <w:jc w:val="both"/>
        <w:rPr>
          <w:lang w:val="it-IT"/>
        </w:rPr>
      </w:pPr>
      <w:r w:rsidRPr="004B3735">
        <w:rPr>
          <w:lang w:val="it-IT"/>
        </w:rPr>
        <w:t>Il/La sottoscritto/a, consapevole che – ai sensi dell’art. 76 del D.P.R. 445/2000 – le dichiarazioni mendaci, la falsità negli atti e l’uso di atti falsi sono puniti ai sensi del Codice p</w:t>
      </w:r>
      <w:r w:rsidR="00D077B7">
        <w:rPr>
          <w:lang w:val="it-IT"/>
        </w:rPr>
        <w:t>e</w:t>
      </w:r>
      <w:r w:rsidRPr="004B3735">
        <w:rPr>
          <w:lang w:val="it-IT"/>
        </w:rPr>
        <w:t>nale e delle leggi speciali, dichiara, ai sensi degli articoli 46 e 47 del D.P.R. 445/2000, che le informazioni contenute nel presente curriculum vitae corrispondono a verità</w:t>
      </w:r>
      <w:r>
        <w:rPr>
          <w:lang w:val="it-IT"/>
        </w:rPr>
        <w:t>.</w:t>
      </w:r>
    </w:p>
    <w:p w14:paraId="606B9550" w14:textId="34FB18DD" w:rsidR="00E8255C" w:rsidRDefault="00A73473" w:rsidP="00D077B7">
      <w:pPr>
        <w:jc w:val="both"/>
        <w:rPr>
          <w:lang w:val="it-IT"/>
        </w:rPr>
      </w:pPr>
      <w:r w:rsidRPr="004B3735">
        <w:rPr>
          <w:lang w:val="it-IT"/>
        </w:rPr>
        <w:t>Il/La sottoscritto/a</w:t>
      </w:r>
      <w:r w:rsidRPr="00205691">
        <w:rPr>
          <w:lang w:val="it-IT"/>
        </w:rPr>
        <w:t xml:space="preserve"> </w:t>
      </w:r>
      <w:r>
        <w:rPr>
          <w:lang w:val="it-IT"/>
        </w:rPr>
        <w:t>a</w:t>
      </w:r>
      <w:r w:rsidRPr="00205691">
        <w:rPr>
          <w:lang w:val="it-IT"/>
        </w:rPr>
        <w:t>utorizz</w:t>
      </w:r>
      <w:r>
        <w:rPr>
          <w:lang w:val="it-IT"/>
        </w:rPr>
        <w:t>a</w:t>
      </w:r>
      <w:r w:rsidRPr="00205691">
        <w:rPr>
          <w:lang w:val="it-IT"/>
        </w:rPr>
        <w:t xml:space="preserve"> il trattamento dei miei dati personali ai sensi del Regolamento UE 2016/679 (GDPR) e della normativa vigente in materia di protezione dei dati personali, esclusivamente per le finalità connesse alla gestione della mia candidatura.</w:t>
      </w:r>
    </w:p>
    <w:p w14:paraId="7C613796" w14:textId="6C328662" w:rsidR="00564ABA" w:rsidRPr="004B3735" w:rsidRDefault="00797B4A">
      <w:pPr>
        <w:rPr>
          <w:lang w:val="it-IT"/>
        </w:rPr>
      </w:pPr>
      <w:r>
        <w:rPr>
          <w:lang w:val="it-IT"/>
        </w:rPr>
        <w:t>Data</w:t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  <w:t>Firma</w:t>
      </w:r>
    </w:p>
    <w:sectPr w:rsidR="00564ABA" w:rsidRPr="004B373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28872015">
    <w:abstractNumId w:val="8"/>
  </w:num>
  <w:num w:numId="2" w16cid:durableId="858199706">
    <w:abstractNumId w:val="6"/>
  </w:num>
  <w:num w:numId="3" w16cid:durableId="1908832784">
    <w:abstractNumId w:val="5"/>
  </w:num>
  <w:num w:numId="4" w16cid:durableId="1322856924">
    <w:abstractNumId w:val="4"/>
  </w:num>
  <w:num w:numId="5" w16cid:durableId="1575238713">
    <w:abstractNumId w:val="7"/>
  </w:num>
  <w:num w:numId="6" w16cid:durableId="1715426727">
    <w:abstractNumId w:val="3"/>
  </w:num>
  <w:num w:numId="7" w16cid:durableId="1119762213">
    <w:abstractNumId w:val="2"/>
  </w:num>
  <w:num w:numId="8" w16cid:durableId="1636446436">
    <w:abstractNumId w:val="1"/>
  </w:num>
  <w:num w:numId="9" w16cid:durableId="791439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9626A"/>
    <w:rsid w:val="0015074B"/>
    <w:rsid w:val="00205691"/>
    <w:rsid w:val="0029639D"/>
    <w:rsid w:val="00326F90"/>
    <w:rsid w:val="003C2832"/>
    <w:rsid w:val="004B3735"/>
    <w:rsid w:val="004F4151"/>
    <w:rsid w:val="00564ABA"/>
    <w:rsid w:val="005B149F"/>
    <w:rsid w:val="006D2AC9"/>
    <w:rsid w:val="00797B4A"/>
    <w:rsid w:val="008A0567"/>
    <w:rsid w:val="008E54CF"/>
    <w:rsid w:val="00A73473"/>
    <w:rsid w:val="00AA1D8D"/>
    <w:rsid w:val="00B47730"/>
    <w:rsid w:val="00C969E5"/>
    <w:rsid w:val="00CB0664"/>
    <w:rsid w:val="00D077B7"/>
    <w:rsid w:val="00D57A65"/>
    <w:rsid w:val="00E8255C"/>
    <w:rsid w:val="00FC693F"/>
    <w:rsid w:val="00FE1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49F7BB8"/>
  <w14:defaultImageDpi w14:val="300"/>
  <w15:docId w15:val="{AAA7851D-AB46-49E5-B3EE-8F8106C09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74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6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1460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Corveddu Gabriele Mario</cp:lastModifiedBy>
  <cp:revision>13</cp:revision>
  <dcterms:created xsi:type="dcterms:W3CDTF">2025-09-02T10:57:00Z</dcterms:created>
  <dcterms:modified xsi:type="dcterms:W3CDTF">2025-09-02T11:23:00Z</dcterms:modified>
  <cp:category/>
</cp:coreProperties>
</file>